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E550C">
        <w:trPr>
          <w:jc w:val="center"/>
        </w:trPr>
        <w:tc>
          <w:tcPr>
            <w:tcW w:w="532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E550C" w:rsidRDefault="000424DB">
            <w:pPr>
              <w:jc w:val="center"/>
              <w:rPr>
                <w:rFonts w:hint="eastAsia"/>
              </w:rPr>
            </w:pPr>
            <w:r>
              <w:rPr>
                <w:b/>
                <w:color w:val="0B3A63"/>
                <w:sz w:val="44"/>
              </w:rPr>
              <w:t>CITY OF</w:t>
            </w:r>
            <w:r>
              <w:rPr>
                <w:b/>
                <w:color w:val="0B3A63"/>
                <w:sz w:val="44"/>
              </w:rPr>
              <w:br/>
              <w:t>OTTERVILLE</w:t>
            </w:r>
            <w:r>
              <w:rPr>
                <w:b/>
                <w:color w:val="0B3A63"/>
                <w:sz w:val="18"/>
              </w:rPr>
              <w:br/>
              <w:t>M I S S O U R I</w:t>
            </w:r>
          </w:p>
          <w:p w:rsidR="009E550C" w:rsidRDefault="000424DB">
            <w:pPr>
              <w:jc w:val="center"/>
              <w:rPr>
                <w:rFonts w:hint="eastAsia"/>
              </w:rPr>
            </w:pPr>
            <w:r>
              <w:rPr>
                <w:i/>
                <w:color w:val="0B3A63"/>
                <w:sz w:val="16"/>
              </w:rPr>
              <w:t>Where the Community Flows Together</w:t>
            </w:r>
          </w:p>
        </w:tc>
        <w:tc>
          <w:tcPr>
            <w:tcW w:w="532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E550C" w:rsidRDefault="000424DB">
            <w:pPr>
              <w:jc w:val="center"/>
              <w:rPr>
                <w:rFonts w:hint="eastAsia"/>
              </w:rPr>
            </w:pPr>
            <w:r>
              <w:rPr>
                <w:b/>
                <w:color w:val="0B3A63"/>
                <w:sz w:val="40"/>
              </w:rPr>
              <w:t>CITIZEN COMPLAINT FORM</w:t>
            </w:r>
          </w:p>
          <w:p w:rsidR="009E550C" w:rsidRDefault="000424DB">
            <w:pPr>
              <w:jc w:val="center"/>
              <w:rPr>
                <w:rFonts w:hint="eastAsia"/>
              </w:rPr>
            </w:pPr>
            <w:r>
              <w:rPr>
                <w:b/>
                <w:color w:val="5B6570"/>
                <w:sz w:val="16"/>
              </w:rPr>
              <w:t>A SAFE  •  CLEAN  •  STRONGER OTTERVILLE</w:t>
            </w:r>
          </w:p>
          <w:p w:rsidR="009E550C" w:rsidRDefault="000424DB">
            <w:pPr>
              <w:jc w:val="center"/>
              <w:rPr>
                <w:rFonts w:hint="eastAsia"/>
              </w:rPr>
            </w:pPr>
            <w:r>
              <w:rPr>
                <w:i/>
                <w:sz w:val="18"/>
              </w:rPr>
              <w:t>Working together to keep our community a great place to live, work and call home.</w:t>
            </w:r>
          </w:p>
        </w:tc>
      </w:tr>
    </w:tbl>
    <w:p w:rsidR="009E550C" w:rsidRDefault="009E550C">
      <w:pPr>
        <w:spacing w:after="2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E550C">
        <w:trPr>
          <w:jc w:val="center"/>
        </w:trPr>
        <w:tc>
          <w:tcPr>
            <w:tcW w:w="10656" w:type="dxa"/>
            <w:shd w:val="clear" w:color="auto" w:fill="0B3A63"/>
            <w:tcMar>
              <w:top w:w="45" w:type="dxa"/>
              <w:left w:w="100" w:type="dxa"/>
              <w:bottom w:w="45" w:type="dxa"/>
              <w:right w:w="100" w:type="dxa"/>
            </w:tcMar>
          </w:tcPr>
          <w:p w:rsidR="009E550C" w:rsidRDefault="000424DB">
            <w:pPr>
              <w:spacing w:after="0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1. PROPERTY INFORMATION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35" w:type="dxa"/>
              <w:left w:w="100" w:type="dxa"/>
              <w:bottom w:w="35" w:type="dxa"/>
              <w:right w:w="100" w:type="dxa"/>
            </w:tcMar>
          </w:tcPr>
          <w:p w:rsidR="00546C2B" w:rsidRDefault="00546C2B">
            <w:pPr>
              <w:rPr>
                <w:b/>
              </w:rPr>
            </w:pPr>
          </w:p>
          <w:p w:rsidR="009E550C" w:rsidRDefault="000424DB">
            <w:pPr>
              <w:rPr>
                <w:rFonts w:hint="eastAsia"/>
              </w:rPr>
            </w:pPr>
            <w:r>
              <w:rPr>
                <w:b/>
              </w:rPr>
              <w:t xml:space="preserve">Address of Concern:  </w:t>
            </w:r>
            <w:r>
              <w:t>______________________________________________________________________________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35" w:type="dxa"/>
              <w:left w:w="100" w:type="dxa"/>
              <w:bottom w:w="35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rPr>
                <w:b/>
              </w:rPr>
              <w:t xml:space="preserve">Property Owner(s) / Occupant(s):  </w:t>
            </w:r>
            <w:r>
              <w:t>______________________________________________________________________________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35" w:type="dxa"/>
              <w:left w:w="100" w:type="dxa"/>
              <w:bottom w:w="35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rPr>
                <w:b/>
              </w:rPr>
              <w:t xml:space="preserve">Owner's Mailing Address (if different):  </w:t>
            </w:r>
            <w:r>
              <w:t>______________________________________________________________________________</w:t>
            </w:r>
          </w:p>
        </w:tc>
      </w:tr>
    </w:tbl>
    <w:p w:rsidR="009E550C" w:rsidRDefault="009E550C">
      <w:pPr>
        <w:spacing w:after="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E550C">
        <w:trPr>
          <w:jc w:val="center"/>
        </w:trPr>
        <w:tc>
          <w:tcPr>
            <w:tcW w:w="10656" w:type="dxa"/>
            <w:gridSpan w:val="2"/>
            <w:shd w:val="clear" w:color="auto" w:fill="0B3A63"/>
            <w:tcMar>
              <w:top w:w="45" w:type="dxa"/>
              <w:left w:w="100" w:type="dxa"/>
              <w:bottom w:w="45" w:type="dxa"/>
              <w:right w:w="100" w:type="dxa"/>
            </w:tcMar>
          </w:tcPr>
          <w:p w:rsidR="009E550C" w:rsidRDefault="000424DB">
            <w:pPr>
              <w:spacing w:after="0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2. COMPLAINT DETAILS</w:t>
            </w:r>
          </w:p>
        </w:tc>
      </w:tr>
      <w:tr w:rsidR="009E550C">
        <w:trPr>
          <w:jc w:val="center"/>
        </w:trPr>
        <w:tc>
          <w:tcPr>
            <w:tcW w:w="5328" w:type="dxa"/>
            <w:shd w:val="clear" w:color="auto" w:fill="EAF1F6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rPr>
                <w:b/>
              </w:rPr>
              <w:t>Type of Complaint: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Nuisance (dogs, noise, etc.)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Animal-Related Issue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Weeds / Grass / Vegetation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Building / Structure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Debris / Trash / Junk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</w:t>
            </w:r>
            <w:r>
              <w:t>Signage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Vehicles (inoperable/abandoned)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Water / Sewer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Zoning / Land Use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Stormwater / Drainage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Property Maintenance</w:t>
            </w:r>
          </w:p>
          <w:p w:rsidR="009E550C" w:rsidRDefault="000424DB">
            <w:pPr>
              <w:spacing w:after="0"/>
              <w:ind w:left="72"/>
              <w:rPr>
                <w:rFonts w:hint="eastAsia"/>
              </w:rPr>
            </w:pPr>
            <w:r>
              <w:t>☐</w:t>
            </w:r>
            <w:r>
              <w:t xml:space="preserve"> Other: __________________</w:t>
            </w:r>
          </w:p>
        </w:tc>
        <w:tc>
          <w:tcPr>
            <w:tcW w:w="5328" w:type="dxa"/>
            <w:shd w:val="clear" w:color="auto" w:fill="EAF1F6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rPr>
                <w:b/>
              </w:rPr>
              <w:t xml:space="preserve">Date of Complaint: </w:t>
            </w:r>
            <w:r>
              <w:t>________________________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rPr>
                <w:b/>
              </w:rPr>
              <w:t>Describe the issue in detail</w:t>
            </w:r>
            <w:r>
              <w:t xml:space="preserve"> (include location, dates, time</w:t>
            </w:r>
            <w:r>
              <w:t>s, and any other helpful information):</w:t>
            </w:r>
          </w:p>
          <w:p w:rsidR="009E550C" w:rsidRDefault="000424DB">
            <w:pPr>
              <w:spacing w:after="0"/>
              <w:rPr>
                <w:rFonts w:hint="eastAsia"/>
              </w:rPr>
            </w:pPr>
            <w:r>
              <w:t>________________________________________________</w:t>
            </w:r>
          </w:p>
          <w:p w:rsidR="009E550C" w:rsidRDefault="000424DB">
            <w:pPr>
              <w:spacing w:after="0"/>
              <w:rPr>
                <w:rFonts w:hint="eastAsia"/>
              </w:rPr>
            </w:pPr>
            <w:r>
              <w:t>________________________________________________</w:t>
            </w:r>
          </w:p>
          <w:p w:rsidR="009E550C" w:rsidRDefault="000424DB">
            <w:pPr>
              <w:spacing w:after="0"/>
              <w:rPr>
                <w:rFonts w:hint="eastAsia"/>
              </w:rPr>
            </w:pPr>
            <w:r>
              <w:t>________________________________________________</w:t>
            </w:r>
          </w:p>
          <w:p w:rsidR="009E550C" w:rsidRDefault="000424DB">
            <w:pPr>
              <w:spacing w:after="0"/>
              <w:rPr>
                <w:rFonts w:hint="eastAsia"/>
              </w:rPr>
            </w:pPr>
            <w:r>
              <w:t>________________________________________________</w:t>
            </w:r>
          </w:p>
          <w:p w:rsidR="009E550C" w:rsidRDefault="000424DB">
            <w:pPr>
              <w:spacing w:after="0"/>
              <w:rPr>
                <w:rFonts w:hint="eastAsia"/>
              </w:rPr>
            </w:pPr>
            <w:r>
              <w:t>_____________________</w:t>
            </w:r>
            <w:r>
              <w:t>___________________________</w:t>
            </w:r>
          </w:p>
          <w:p w:rsidR="009E550C" w:rsidRDefault="000424DB">
            <w:pPr>
              <w:spacing w:after="0"/>
              <w:rPr>
                <w:rFonts w:hint="eastAsia"/>
              </w:rPr>
            </w:pPr>
            <w:r>
              <w:t>________________________________________________</w:t>
            </w:r>
          </w:p>
          <w:p w:rsidR="009E550C" w:rsidRDefault="000424DB">
            <w:pPr>
              <w:spacing w:after="0"/>
              <w:rPr>
                <w:rFonts w:hint="eastAsia"/>
              </w:rPr>
            </w:pPr>
            <w:r>
              <w:t>________________________________________________</w:t>
            </w:r>
          </w:p>
        </w:tc>
      </w:tr>
    </w:tbl>
    <w:p w:rsidR="009E550C" w:rsidRDefault="009E550C">
      <w:pPr>
        <w:spacing w:after="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E550C">
        <w:trPr>
          <w:jc w:val="center"/>
        </w:trPr>
        <w:tc>
          <w:tcPr>
            <w:tcW w:w="10656" w:type="dxa"/>
            <w:shd w:val="clear" w:color="auto" w:fill="0B3A63"/>
            <w:tcMar>
              <w:top w:w="45" w:type="dxa"/>
              <w:left w:w="100" w:type="dxa"/>
              <w:bottom w:w="45" w:type="dxa"/>
              <w:right w:w="100" w:type="dxa"/>
            </w:tcMar>
          </w:tcPr>
          <w:p w:rsidR="009E550C" w:rsidRDefault="000424DB">
            <w:pPr>
              <w:spacing w:after="0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3. COMPLAINANT INFORMATION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35" w:type="dxa"/>
              <w:left w:w="100" w:type="dxa"/>
              <w:bottom w:w="35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t>Name (required):  __________________________________________________________________________________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35" w:type="dxa"/>
              <w:left w:w="100" w:type="dxa"/>
              <w:bottom w:w="35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t>Address:  _________________________________________________________________________________________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35" w:type="dxa"/>
              <w:left w:w="100" w:type="dxa"/>
              <w:bottom w:w="35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t>Phone Number:  ______________________________    Email (optional):  __________________________________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35" w:type="dxa"/>
              <w:left w:w="100" w:type="dxa"/>
              <w:bottom w:w="35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t xml:space="preserve">Preferred contact method:  ☐ Phone   ☐ Email   ☐ </w:t>
            </w:r>
            <w:r>
              <w:t>Mail</w:t>
            </w:r>
          </w:p>
        </w:tc>
      </w:tr>
    </w:tbl>
    <w:p w:rsidR="009E550C" w:rsidRDefault="000424DB">
      <w:pPr>
        <w:spacing w:after="80"/>
        <w:rPr>
          <w:rFonts w:hint="eastAsia"/>
        </w:rPr>
      </w:pPr>
      <w:r>
        <w:rPr>
          <w:i/>
          <w:sz w:val="16"/>
        </w:rPr>
        <w:t>Complainant information will be handled in accordance with applicable law. Information may be disclosed if required for investigation, enforcement, court proceedings, or other lawful purposes.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E550C">
        <w:trPr>
          <w:jc w:val="center"/>
        </w:trPr>
        <w:tc>
          <w:tcPr>
            <w:tcW w:w="10656" w:type="dxa"/>
            <w:shd w:val="clear" w:color="auto" w:fill="0B3A63"/>
            <w:tcMar>
              <w:top w:w="45" w:type="dxa"/>
              <w:left w:w="100" w:type="dxa"/>
              <w:bottom w:w="45" w:type="dxa"/>
              <w:right w:w="100" w:type="dxa"/>
            </w:tcMar>
          </w:tcPr>
          <w:p w:rsidR="009E550C" w:rsidRDefault="000424DB">
            <w:pPr>
              <w:spacing w:after="0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4. CERTIFICATION &amp; SIGNATURE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45" w:type="dxa"/>
              <w:left w:w="100" w:type="dxa"/>
              <w:bottom w:w="45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t xml:space="preserve">I certify that the </w:t>
            </w:r>
            <w:r>
              <w:t>information provided is true and accurate to the best of my knowledge. I understand the City may contact me for additional information and that I may be asked to testify if enforcement action proceeds to Municipal Court.</w:t>
            </w:r>
          </w:p>
        </w:tc>
      </w:tr>
      <w:tr w:rsidR="009E550C">
        <w:trPr>
          <w:jc w:val="center"/>
        </w:trPr>
        <w:tc>
          <w:tcPr>
            <w:tcW w:w="10656" w:type="dxa"/>
            <w:shd w:val="clear" w:color="auto" w:fill="EAF1F6"/>
            <w:tcMar>
              <w:top w:w="45" w:type="dxa"/>
              <w:left w:w="100" w:type="dxa"/>
              <w:bottom w:w="45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t>Signature (required): ____________</w:t>
            </w:r>
            <w:r>
              <w:t>__________________________________    Date: __________________</w:t>
            </w:r>
          </w:p>
        </w:tc>
      </w:tr>
    </w:tbl>
    <w:p w:rsidR="009E550C" w:rsidRDefault="009E550C">
      <w:pPr>
        <w:spacing w:after="0"/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E550C">
        <w:trPr>
          <w:jc w:val="center"/>
        </w:trPr>
        <w:tc>
          <w:tcPr>
            <w:tcW w:w="10656" w:type="dxa"/>
            <w:gridSpan w:val="2"/>
            <w:shd w:val="clear" w:color="auto" w:fill="0B3A63"/>
            <w:tcMar>
              <w:top w:w="45" w:type="dxa"/>
              <w:left w:w="100" w:type="dxa"/>
              <w:bottom w:w="45" w:type="dxa"/>
              <w:right w:w="100" w:type="dxa"/>
            </w:tcMar>
          </w:tcPr>
          <w:p w:rsidR="009E550C" w:rsidRDefault="000424DB">
            <w:pPr>
              <w:spacing w:after="0"/>
              <w:rPr>
                <w:rFonts w:hint="eastAsia"/>
              </w:rPr>
            </w:pPr>
            <w:r>
              <w:rPr>
                <w:b/>
                <w:color w:val="FFFFFF"/>
                <w:sz w:val="22"/>
              </w:rPr>
              <w:t>5. FOR CITY STAFF USE ONLY</w:t>
            </w:r>
          </w:p>
        </w:tc>
      </w:tr>
      <w:tr w:rsidR="009E550C">
        <w:trPr>
          <w:jc w:val="center"/>
        </w:trPr>
        <w:tc>
          <w:tcPr>
            <w:tcW w:w="5328" w:type="dxa"/>
            <w:shd w:val="clear" w:color="auto" w:fill="EAF1F6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t>Date Received: 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Received By: 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Case #: __________________________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Initial Review / Action Taken:</w:t>
            </w:r>
          </w:p>
          <w:p w:rsidR="009E550C" w:rsidRDefault="000424DB">
            <w:pPr>
              <w:rPr>
                <w:rFonts w:hint="eastAsia"/>
              </w:rPr>
            </w:pPr>
            <w:r>
              <w:t>____________________________</w:t>
            </w:r>
            <w:r>
              <w:t>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________________________________________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________________________________________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Ordinance / Code Section(s):</w:t>
            </w:r>
          </w:p>
          <w:p w:rsidR="009E550C" w:rsidRDefault="000424DB">
            <w:pPr>
              <w:rPr>
                <w:rFonts w:hint="eastAsia"/>
              </w:rPr>
            </w:pPr>
            <w:r>
              <w:t>________________________________________</w:t>
            </w:r>
          </w:p>
        </w:tc>
        <w:tc>
          <w:tcPr>
            <w:tcW w:w="5328" w:type="dxa"/>
            <w:shd w:val="clear" w:color="auto" w:fill="EAF1F6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9E550C" w:rsidRDefault="000424DB">
            <w:pPr>
              <w:rPr>
                <w:rFonts w:hint="eastAsia"/>
              </w:rPr>
            </w:pPr>
            <w:r>
              <w:t>Photos Taken:  ☐ Yes   ☐ No   Date: 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 xml:space="preserve">Notice / Letter Sent: ☐ Yes ☐ No   Date: </w:t>
            </w:r>
            <w:r>
              <w:t>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Compliance Deadline: __________________________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Follow-Up Date: _______________________________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Resolution / Status:</w:t>
            </w:r>
          </w:p>
          <w:p w:rsidR="009E550C" w:rsidRDefault="000424DB">
            <w:pPr>
              <w:rPr>
                <w:rFonts w:hint="eastAsia"/>
              </w:rPr>
            </w:pPr>
            <w:r>
              <w:t>____________________________________________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____________________________________________</w:t>
            </w:r>
          </w:p>
          <w:p w:rsidR="009E550C" w:rsidRDefault="000424DB">
            <w:pPr>
              <w:rPr>
                <w:rFonts w:hint="eastAsia"/>
              </w:rPr>
            </w:pPr>
            <w:r>
              <w:t>Closed Date: ______________  Staff Ini</w:t>
            </w:r>
            <w:r>
              <w:t>tials: ______</w:t>
            </w:r>
          </w:p>
        </w:tc>
      </w:tr>
    </w:tbl>
    <w:p w:rsidR="009E550C" w:rsidRDefault="000424DB">
      <w:pPr>
        <w:jc w:val="center"/>
        <w:rPr>
          <w:rFonts w:hint="eastAsia"/>
        </w:rPr>
      </w:pPr>
      <w:r>
        <w:rPr>
          <w:b/>
          <w:color w:val="0B3A63"/>
          <w:sz w:val="20"/>
        </w:rPr>
        <w:t>PLEASE RETURN COMPLETED FORM TO:</w:t>
      </w:r>
      <w:r>
        <w:rPr>
          <w:b/>
          <w:color w:val="0B3A63"/>
          <w:sz w:val="20"/>
        </w:rPr>
        <w:br/>
        <w:t>CITY OF OTTERVILLE BY EMAIL OR DROP BOX</w:t>
      </w:r>
      <w:bookmarkStart w:id="0" w:name="_GoBack"/>
      <w:bookmarkEnd w:id="0"/>
    </w:p>
    <w:p w:rsidR="009E550C" w:rsidRDefault="00546C2B">
      <w:pPr>
        <w:jc w:val="center"/>
        <w:rPr>
          <w:rFonts w:hint="eastAsia"/>
        </w:rPr>
      </w:pPr>
      <w:r>
        <w:rPr>
          <w:sz w:val="17"/>
        </w:rPr>
        <w:t>P.O. Box 58</w:t>
      </w:r>
      <w:r w:rsidR="000424DB">
        <w:rPr>
          <w:sz w:val="17"/>
        </w:rPr>
        <w:t xml:space="preserve">  |  </w:t>
      </w:r>
      <w:r>
        <w:rPr>
          <w:sz w:val="17"/>
        </w:rPr>
        <w:t>203 BB Hwy</w:t>
      </w:r>
      <w:r w:rsidR="000424DB">
        <w:rPr>
          <w:sz w:val="17"/>
        </w:rPr>
        <w:t xml:space="preserve">  |  O</w:t>
      </w:r>
      <w:r>
        <w:rPr>
          <w:sz w:val="17"/>
        </w:rPr>
        <w:t>tterville, MO 65348</w:t>
      </w:r>
      <w:r>
        <w:rPr>
          <w:sz w:val="17"/>
        </w:rPr>
        <w:br/>
        <w:t>660-366-4613  |  ottervillecityclerk</w:t>
      </w:r>
      <w:r w:rsidR="000424DB">
        <w:rPr>
          <w:sz w:val="17"/>
        </w:rPr>
        <w:t>@ottervill</w:t>
      </w:r>
      <w:r>
        <w:rPr>
          <w:sz w:val="17"/>
        </w:rPr>
        <w:t xml:space="preserve">emo.gov  |  </w:t>
      </w:r>
      <w:hyperlink r:id="rId6" w:history="1">
        <w:r w:rsidRPr="001B3CF5">
          <w:rPr>
            <w:rStyle w:val="Hyperlink"/>
            <w:sz w:val="17"/>
          </w:rPr>
          <w:t>www.ottervillemo.gov</w:t>
        </w:r>
      </w:hyperlink>
      <w:r>
        <w:rPr>
          <w:sz w:val="17"/>
        </w:rPr>
        <w:t xml:space="preserve"> </w:t>
      </w:r>
    </w:p>
    <w:p w:rsidR="009E550C" w:rsidRDefault="00546C2B">
      <w:pPr>
        <w:jc w:val="center"/>
        <w:rPr>
          <w:rFonts w:hint="eastAsia"/>
        </w:rPr>
      </w:pPr>
      <w:r>
        <w:rPr>
          <w:b/>
          <w:color w:val="0B3A63"/>
          <w:sz w:val="16"/>
        </w:rPr>
        <w:t>PEOPLE • PROGRESS • A</w:t>
      </w:r>
      <w:r w:rsidR="000424DB">
        <w:rPr>
          <w:b/>
          <w:color w:val="0B3A63"/>
          <w:sz w:val="16"/>
        </w:rPr>
        <w:t xml:space="preserve"> BRIGHTER TOMORROW</w:t>
      </w:r>
    </w:p>
    <w:sectPr w:rsidR="009E550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24DB"/>
    <w:rsid w:val="0006063C"/>
    <w:rsid w:val="0015074B"/>
    <w:rsid w:val="0029639D"/>
    <w:rsid w:val="00326F90"/>
    <w:rsid w:val="00546C2B"/>
    <w:rsid w:val="009E550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02BD12"/>
  <w14:defaultImageDpi w14:val="300"/>
  <w15:docId w15:val="{8BD0B17A-02DD-4903-BB20-76151678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46C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tervillemo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38B13B-6FE1-4311-B815-F09F894D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clerk</cp:lastModifiedBy>
  <cp:revision>3</cp:revision>
  <dcterms:created xsi:type="dcterms:W3CDTF">2026-09-14T15:58:00Z</dcterms:created>
  <dcterms:modified xsi:type="dcterms:W3CDTF">2026-09-14T16:03:00Z</dcterms:modified>
  <cp:category/>
</cp:coreProperties>
</file>